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FF417" w14:textId="77777777" w:rsidR="00F754AA" w:rsidRPr="00F754AA" w:rsidRDefault="00F754AA" w:rsidP="00F754AA">
      <w:pPr>
        <w:spacing w:before="160" w:after="160"/>
        <w:jc w:val="center"/>
        <w:rPr>
          <w:b/>
          <w:bCs/>
          <w:color w:val="00D67F"/>
          <w:sz w:val="28"/>
          <w:szCs w:val="28"/>
        </w:rPr>
      </w:pPr>
      <w:r w:rsidRPr="00F754AA">
        <w:rPr>
          <w:b/>
          <w:bCs/>
          <w:color w:val="00D67F"/>
          <w:sz w:val="28"/>
          <w:szCs w:val="28"/>
        </w:rPr>
        <w:t>J</w:t>
      </w:r>
      <w:r w:rsidRPr="00F754AA">
        <w:rPr>
          <w:b/>
          <w:bCs/>
          <w:color w:val="00D67F"/>
          <w:sz w:val="28"/>
          <w:szCs w:val="28"/>
        </w:rPr>
        <w:t xml:space="preserve">OB DESCRIPTION </w:t>
      </w:r>
    </w:p>
    <w:p w14:paraId="20A72914" w14:textId="77777777" w:rsidR="00F754AA" w:rsidRPr="00F754AA" w:rsidRDefault="00F754AA" w:rsidP="00F754AA">
      <w:pPr>
        <w:spacing w:before="160" w:after="160"/>
        <w:jc w:val="center"/>
        <w:rPr>
          <w:b/>
          <w:bCs/>
          <w:sz w:val="28"/>
          <w:szCs w:val="28"/>
        </w:rPr>
      </w:pPr>
      <w:r w:rsidRPr="00F754AA">
        <w:rPr>
          <w:b/>
          <w:bCs/>
          <w:sz w:val="28"/>
          <w:szCs w:val="28"/>
        </w:rPr>
        <w:t>Service Manager</w:t>
      </w:r>
      <w:r w:rsidRPr="00F754AA">
        <w:rPr>
          <w:b/>
          <w:bCs/>
          <w:sz w:val="28"/>
          <w:szCs w:val="28"/>
        </w:rPr>
        <w:t xml:space="preserve"> </w:t>
      </w:r>
      <w:proofErr w:type="gramStart"/>
      <w:r w:rsidRPr="00F754AA">
        <w:rPr>
          <w:b/>
          <w:bCs/>
          <w:sz w:val="28"/>
          <w:szCs w:val="28"/>
        </w:rPr>
        <w:t xml:space="preserve">- </w:t>
      </w:r>
      <w:r w:rsidRPr="00F754AA">
        <w:rPr>
          <w:b/>
          <w:bCs/>
          <w:sz w:val="28"/>
          <w:szCs w:val="28"/>
        </w:rPr>
        <w:t xml:space="preserve"> Bath</w:t>
      </w:r>
      <w:proofErr w:type="gramEnd"/>
      <w:r w:rsidRPr="00F754AA">
        <w:rPr>
          <w:b/>
          <w:bCs/>
          <w:sz w:val="28"/>
          <w:szCs w:val="28"/>
        </w:rPr>
        <w:t xml:space="preserve"> &amp; </w:t>
      </w:r>
      <w:proofErr w:type="gramStart"/>
      <w:r w:rsidRPr="00F754AA">
        <w:rPr>
          <w:b/>
          <w:bCs/>
          <w:sz w:val="28"/>
          <w:szCs w:val="28"/>
        </w:rPr>
        <w:t>North East</w:t>
      </w:r>
      <w:proofErr w:type="gramEnd"/>
      <w:r w:rsidRPr="00F754AA">
        <w:rPr>
          <w:b/>
          <w:bCs/>
          <w:sz w:val="28"/>
          <w:szCs w:val="28"/>
        </w:rPr>
        <w:t xml:space="preserve"> Somerset </w:t>
      </w:r>
    </w:p>
    <w:p w14:paraId="4CAF4711" w14:textId="0CE3F7D4" w:rsidR="00F754AA" w:rsidRPr="00F754AA" w:rsidRDefault="00F754AA" w:rsidP="00F754AA">
      <w:pPr>
        <w:spacing w:before="160" w:after="160"/>
        <w:jc w:val="center"/>
        <w:rPr>
          <w:sz w:val="28"/>
          <w:szCs w:val="28"/>
        </w:rPr>
      </w:pPr>
      <w:r w:rsidRPr="00F754AA">
        <w:rPr>
          <w:sz w:val="28"/>
          <w:szCs w:val="28"/>
        </w:rPr>
        <w:t>Full Time</w:t>
      </w:r>
    </w:p>
    <w:p w14:paraId="4FD30C9D" w14:textId="77777777" w:rsidR="00F754AA" w:rsidRDefault="00F754AA">
      <w:pPr>
        <w:spacing w:before="160" w:after="160"/>
      </w:pPr>
    </w:p>
    <w:p w14:paraId="2EACFB24" w14:textId="6E97CD5B" w:rsidR="007E2865" w:rsidRDefault="0022539A">
      <w:pPr>
        <w:spacing w:before="160" w:after="160"/>
      </w:pPr>
      <w:r>
        <w:t>The Wellness Service Manager will provide co-ordination, facilitation, co-production and implement delivery processes to lead the team to facilitate helping people to access health and wellbeing opportunities in B&amp;NES.</w:t>
      </w:r>
    </w:p>
    <w:p w14:paraId="3D2B665A" w14:textId="77777777" w:rsidR="007E2865" w:rsidRPr="00F754AA" w:rsidRDefault="0022539A">
      <w:pPr>
        <w:pStyle w:val="Heading1"/>
        <w:spacing w:before="200" w:after="80"/>
        <w:rPr>
          <w:color w:val="00D67F"/>
        </w:rPr>
      </w:pPr>
      <w:r w:rsidRPr="00F754AA">
        <w:rPr>
          <w:color w:val="00D67F"/>
        </w:rPr>
        <w:t>MAIN PURPOSE</w:t>
      </w:r>
    </w:p>
    <w:p w14:paraId="45024F1B" w14:textId="77777777" w:rsidR="007E2865" w:rsidRDefault="0022539A">
      <w:pPr>
        <w:pStyle w:val="ListBullet"/>
        <w:spacing w:after="40" w:line="252" w:lineRule="auto"/>
        <w:ind w:left="317" w:hanging="173"/>
      </w:pPr>
      <w:r>
        <w:rPr>
          <w:sz w:val="20"/>
        </w:rPr>
        <w:t>To be responsible and accountable for the successful implementation, delivery and development of Bath &amp; North East Somerset Wellness Service, ensuring robust, effective and efficient delivery of all service KPIs to achieve contractual and financial targets for the following services:</w:t>
      </w:r>
    </w:p>
    <w:p w14:paraId="04A1926F" w14:textId="77777777" w:rsidR="007E2865" w:rsidRDefault="0022539A">
      <w:pPr>
        <w:pStyle w:val="ListBullet"/>
        <w:spacing w:after="40" w:line="252" w:lineRule="auto"/>
        <w:ind w:left="533" w:hanging="173"/>
      </w:pPr>
      <w:r>
        <w:rPr>
          <w:sz w:val="20"/>
        </w:rPr>
        <w:t>Triage Service</w:t>
      </w:r>
    </w:p>
    <w:p w14:paraId="457B54B6" w14:textId="77777777" w:rsidR="007E2865" w:rsidRDefault="0022539A">
      <w:pPr>
        <w:pStyle w:val="ListBullet"/>
        <w:spacing w:after="40" w:line="252" w:lineRule="auto"/>
        <w:ind w:left="533" w:hanging="173"/>
      </w:pPr>
      <w:r>
        <w:rPr>
          <w:sz w:val="20"/>
        </w:rPr>
        <w:t>Stop Smoking Service</w:t>
      </w:r>
    </w:p>
    <w:p w14:paraId="276DA049" w14:textId="77777777" w:rsidR="007E2865" w:rsidRDefault="0022539A">
      <w:pPr>
        <w:pStyle w:val="ListBullet"/>
        <w:spacing w:after="40" w:line="252" w:lineRule="auto"/>
        <w:ind w:left="533" w:hanging="173"/>
      </w:pPr>
      <w:r>
        <w:rPr>
          <w:sz w:val="20"/>
        </w:rPr>
        <w:t>Wellbeing Coach Service</w:t>
      </w:r>
    </w:p>
    <w:p w14:paraId="33AAE604" w14:textId="77777777" w:rsidR="007E2865" w:rsidRDefault="0022539A">
      <w:pPr>
        <w:pStyle w:val="ListBullet"/>
        <w:spacing w:after="40" w:line="252" w:lineRule="auto"/>
        <w:ind w:left="533" w:hanging="173"/>
      </w:pPr>
      <w:r>
        <w:rPr>
          <w:sz w:val="20"/>
        </w:rPr>
        <w:t>Emotional Wellbeing Service</w:t>
      </w:r>
    </w:p>
    <w:p w14:paraId="3E46E498" w14:textId="77777777" w:rsidR="007E2865" w:rsidRDefault="0022539A">
      <w:pPr>
        <w:pStyle w:val="ListBullet"/>
        <w:spacing w:after="40" w:line="252" w:lineRule="auto"/>
        <w:ind w:left="533" w:hanging="173"/>
      </w:pPr>
      <w:r>
        <w:rPr>
          <w:sz w:val="20"/>
        </w:rPr>
        <w:t>Outreach NHS &amp; CVD Health Checks</w:t>
      </w:r>
    </w:p>
    <w:p w14:paraId="40BC7D73" w14:textId="77777777" w:rsidR="007E2865" w:rsidRDefault="0022539A">
      <w:pPr>
        <w:pStyle w:val="ListBullet"/>
        <w:spacing w:after="40" w:line="252" w:lineRule="auto"/>
        <w:ind w:left="533" w:hanging="173"/>
      </w:pPr>
      <w:r>
        <w:rPr>
          <w:sz w:val="20"/>
        </w:rPr>
        <w:t>Physical Activity Service</w:t>
      </w:r>
    </w:p>
    <w:p w14:paraId="1A2583A4" w14:textId="77777777" w:rsidR="007E2865" w:rsidRDefault="0022539A">
      <w:pPr>
        <w:pStyle w:val="ListBullet"/>
        <w:spacing w:after="40" w:line="252" w:lineRule="auto"/>
        <w:ind w:left="533" w:hanging="173"/>
      </w:pPr>
      <w:r>
        <w:rPr>
          <w:sz w:val="20"/>
        </w:rPr>
        <w:t>Training and Workforce Development</w:t>
      </w:r>
    </w:p>
    <w:p w14:paraId="2C37DC68" w14:textId="77777777" w:rsidR="007E2865" w:rsidRPr="00F754AA" w:rsidRDefault="0022539A">
      <w:pPr>
        <w:pStyle w:val="ListBullet"/>
        <w:spacing w:after="40" w:line="252" w:lineRule="auto"/>
        <w:ind w:left="533" w:hanging="173"/>
      </w:pPr>
      <w:r>
        <w:rPr>
          <w:sz w:val="20"/>
        </w:rPr>
        <w:t>Volunteer Brokerage Service</w:t>
      </w:r>
    </w:p>
    <w:p w14:paraId="58B7CF77" w14:textId="10269537" w:rsidR="00F754AA" w:rsidRDefault="00F754AA">
      <w:pPr>
        <w:pStyle w:val="ListBullet"/>
        <w:spacing w:after="40" w:line="252" w:lineRule="auto"/>
        <w:ind w:left="533" w:hanging="173"/>
      </w:pPr>
      <w:r>
        <w:rPr>
          <w:sz w:val="20"/>
        </w:rPr>
        <w:t xml:space="preserve">Hypertension Service </w:t>
      </w:r>
    </w:p>
    <w:p w14:paraId="760F539A" w14:textId="77777777" w:rsidR="007E2865" w:rsidRDefault="0022539A">
      <w:pPr>
        <w:pStyle w:val="ListBullet"/>
        <w:spacing w:after="40" w:line="252" w:lineRule="auto"/>
        <w:ind w:left="317" w:hanging="173"/>
      </w:pPr>
      <w:r>
        <w:rPr>
          <w:sz w:val="20"/>
        </w:rPr>
        <w:t>Use best practice and innovation to achieve high quality, excellent patient/client services working in line with the B&amp;NES Joint Health and Wellbeing Strategy.</w:t>
      </w:r>
    </w:p>
    <w:p w14:paraId="45072245" w14:textId="77777777" w:rsidR="007E2865" w:rsidRDefault="0022539A">
      <w:pPr>
        <w:pStyle w:val="ListBullet"/>
        <w:spacing w:after="40" w:line="252" w:lineRule="auto"/>
        <w:ind w:left="317" w:hanging="173"/>
      </w:pPr>
      <w:r>
        <w:rPr>
          <w:sz w:val="20"/>
        </w:rPr>
        <w:t>Secure best value for money in delivery and continuous improvement in the provision of services to achieve Everyone Health’s corporate and business objectives.</w:t>
      </w:r>
    </w:p>
    <w:p w14:paraId="3DBA9D7D" w14:textId="77777777" w:rsidR="007E2865" w:rsidRPr="00F754AA" w:rsidRDefault="0022539A">
      <w:pPr>
        <w:pStyle w:val="Heading1"/>
        <w:spacing w:before="200" w:after="80"/>
        <w:rPr>
          <w:color w:val="00D67F"/>
        </w:rPr>
      </w:pPr>
      <w:r w:rsidRPr="00F754AA">
        <w:rPr>
          <w:color w:val="00D67F"/>
        </w:rPr>
        <w:t>SUMMARY OF RESPONSIBILITIES AND DUTIES</w:t>
      </w:r>
    </w:p>
    <w:p w14:paraId="3B3897E2" w14:textId="77777777" w:rsidR="007E2865" w:rsidRDefault="0022539A">
      <w:pPr>
        <w:spacing w:after="40"/>
      </w:pPr>
      <w:r>
        <w:rPr>
          <w:b/>
        </w:rPr>
        <w:t>Responsible and accountable for:</w:t>
      </w:r>
    </w:p>
    <w:p w14:paraId="052779EB" w14:textId="77777777" w:rsidR="007E2865" w:rsidRDefault="0022539A">
      <w:pPr>
        <w:pStyle w:val="ListBullet"/>
        <w:spacing w:after="40" w:line="252" w:lineRule="auto"/>
        <w:ind w:left="317" w:hanging="173"/>
      </w:pPr>
      <w:r>
        <w:rPr>
          <w:sz w:val="20"/>
        </w:rPr>
        <w:t>Planning, management, monitoring and evaluation of the Wellness Service in line with the tendered B&amp;NES Service submission and contract.</w:t>
      </w:r>
    </w:p>
    <w:p w14:paraId="567CE46B" w14:textId="77777777" w:rsidR="007E2865" w:rsidRDefault="0022539A">
      <w:pPr>
        <w:pStyle w:val="ListBullet"/>
        <w:spacing w:after="40" w:line="252" w:lineRule="auto"/>
        <w:ind w:left="317" w:hanging="173"/>
      </w:pPr>
      <w:r>
        <w:rPr>
          <w:sz w:val="20"/>
        </w:rPr>
        <w:t>To deliver the service within budget and to maximise resources available, adding value to the service wherever possible.</w:t>
      </w:r>
    </w:p>
    <w:p w14:paraId="1053B19E" w14:textId="77777777" w:rsidR="007E2865" w:rsidRDefault="0022539A">
      <w:pPr>
        <w:pStyle w:val="ListBullet"/>
        <w:spacing w:after="40" w:line="252" w:lineRule="auto"/>
        <w:ind w:left="317" w:hanging="173"/>
      </w:pPr>
      <w:r>
        <w:rPr>
          <w:sz w:val="20"/>
        </w:rPr>
        <w:t>Line manage three Community Engagement Insight Leads/Co-ordinators.</w:t>
      </w:r>
    </w:p>
    <w:p w14:paraId="75D1BE95" w14:textId="77777777" w:rsidR="007E2865" w:rsidRDefault="0022539A">
      <w:pPr>
        <w:pStyle w:val="ListBullet"/>
        <w:spacing w:after="40" w:line="252" w:lineRule="auto"/>
        <w:ind w:left="317" w:hanging="173"/>
      </w:pPr>
      <w:r>
        <w:rPr>
          <w:sz w:val="20"/>
        </w:rPr>
        <w:t>Manage the leadership of a dynamic team: Stop Smoking Practitioners, Wellbeing Coaches, Emotional Wellbeing Coaches and Virtual Behaviour Change practitioners, providing strong leadership skills to support, motivate and inspire colleagues to take ownership of service delivery and empower patients/clients to adopt healthier lifestyles.</w:t>
      </w:r>
    </w:p>
    <w:p w14:paraId="0A893F36" w14:textId="77777777" w:rsidR="007E2865" w:rsidRDefault="0022539A">
      <w:pPr>
        <w:pStyle w:val="ListBullet"/>
        <w:spacing w:after="40" w:line="252" w:lineRule="auto"/>
        <w:ind w:left="317" w:hanging="173"/>
      </w:pPr>
      <w:r>
        <w:rPr>
          <w:sz w:val="20"/>
        </w:rPr>
        <w:t>Coordinate the recruitment and management of staff, ensuring training and development needs are assessed, appropriate training is provided, and professional registration is maintained through provision of CPD.</w:t>
      </w:r>
    </w:p>
    <w:p w14:paraId="4E4AAF71" w14:textId="77777777" w:rsidR="007E2865" w:rsidRDefault="0022539A">
      <w:pPr>
        <w:pStyle w:val="ListBullet"/>
        <w:spacing w:after="40" w:line="252" w:lineRule="auto"/>
        <w:ind w:left="317" w:hanging="173"/>
      </w:pPr>
      <w:r>
        <w:rPr>
          <w:sz w:val="20"/>
        </w:rPr>
        <w:t>Ensure service delivery is innovatively integrated across all services, county-wide, through application of evidence-based practice which is reflective of key national guidance and recommendations.</w:t>
      </w:r>
    </w:p>
    <w:p w14:paraId="22395E11" w14:textId="77777777" w:rsidR="007E2865" w:rsidRDefault="0022539A">
      <w:pPr>
        <w:pStyle w:val="ListBullet"/>
        <w:spacing w:after="40" w:line="252" w:lineRule="auto"/>
        <w:ind w:left="317" w:hanging="173"/>
      </w:pPr>
      <w:r>
        <w:rPr>
          <w:sz w:val="20"/>
        </w:rPr>
        <w:t>Work with the Managing Director of Everyone Health, Clinical Governance Manager, Operational Leads and Management team to achieve continual service improvement and client/patient-centred services in accordance with participant feedback, NICE guidance, national and local recommendations, professional competences and EH policies and procedures, ensuring services are delivered in line with CQC and HSCIC’s regulations.</w:t>
      </w:r>
    </w:p>
    <w:p w14:paraId="0DDA67C1" w14:textId="77777777" w:rsidR="007E2865" w:rsidRDefault="0022539A">
      <w:pPr>
        <w:pStyle w:val="ListBullet"/>
        <w:spacing w:after="40" w:line="252" w:lineRule="auto"/>
        <w:ind w:left="317" w:hanging="173"/>
      </w:pPr>
      <w:r>
        <w:rPr>
          <w:sz w:val="20"/>
        </w:rPr>
        <w:t xml:space="preserve">Ensure services are developed and delivered consistently across localities in B&amp;NES, providing targeted approaches to specific community groups/individuals, adopting a variety of community engagement </w:t>
      </w:r>
      <w:r>
        <w:rPr>
          <w:sz w:val="20"/>
        </w:rPr>
        <w:lastRenderedPageBreak/>
        <w:t>methodologies to establish and maintain relationships with individuals who are experiencing the greatest inequalities in health.</w:t>
      </w:r>
    </w:p>
    <w:p w14:paraId="0ECB05B9" w14:textId="77777777" w:rsidR="007E2865" w:rsidRDefault="0022539A">
      <w:pPr>
        <w:pStyle w:val="ListBullet"/>
        <w:spacing w:after="40" w:line="252" w:lineRule="auto"/>
        <w:ind w:left="317" w:hanging="173"/>
      </w:pPr>
      <w:r>
        <w:rPr>
          <w:sz w:val="20"/>
        </w:rPr>
        <w:t>Ensure efficient and effective monitoring of contractual performance targets, including health outcomes and financial measures, providing data analysis and disseminating meaningful targets to all colleagues to ensure collective accountability for achievement of all indicators.</w:t>
      </w:r>
    </w:p>
    <w:p w14:paraId="1DA73CF0" w14:textId="77777777" w:rsidR="007E2865" w:rsidRDefault="0022539A">
      <w:pPr>
        <w:pStyle w:val="ListBullet"/>
        <w:spacing w:after="40" w:line="252" w:lineRule="auto"/>
        <w:ind w:left="317" w:hanging="173"/>
      </w:pPr>
      <w:r>
        <w:rPr>
          <w:sz w:val="20"/>
        </w:rPr>
        <w:t>Monitor data collection practices, conduct regular audits and disseminate outcomes to the wider team, ensuring collective accountability for achievement of all indicators.</w:t>
      </w:r>
    </w:p>
    <w:p w14:paraId="33D9758A" w14:textId="77777777" w:rsidR="007E2865" w:rsidRDefault="0022539A">
      <w:pPr>
        <w:pStyle w:val="ListBullet"/>
        <w:spacing w:after="40" w:line="252" w:lineRule="auto"/>
        <w:ind w:left="317" w:hanging="173"/>
      </w:pPr>
      <w:r>
        <w:rPr>
          <w:sz w:val="20"/>
        </w:rPr>
        <w:t>Rigorous monitoring and evaluation of service delivery and colleague performance, ensuring auditing processes are implemented accordingly to achieve continuous service improvement.</w:t>
      </w:r>
    </w:p>
    <w:p w14:paraId="387F0B5F" w14:textId="77777777" w:rsidR="007E2865" w:rsidRDefault="0022539A">
      <w:pPr>
        <w:pStyle w:val="ListBullet"/>
        <w:spacing w:after="40" w:line="252" w:lineRule="auto"/>
        <w:ind w:left="317" w:hanging="173"/>
      </w:pPr>
      <w:r>
        <w:rPr>
          <w:sz w:val="20"/>
        </w:rPr>
        <w:t>Use Microsoft Planner to project manage all projects.</w:t>
      </w:r>
    </w:p>
    <w:p w14:paraId="7CE405FD" w14:textId="77777777" w:rsidR="007E2865" w:rsidRDefault="0022539A">
      <w:pPr>
        <w:pStyle w:val="ListBullet"/>
        <w:spacing w:after="40" w:line="252" w:lineRule="auto"/>
        <w:ind w:left="317" w:hanging="173"/>
      </w:pPr>
      <w:r>
        <w:rPr>
          <w:sz w:val="20"/>
        </w:rPr>
        <w:t>Utilise Data Informatics Systems and other relevant systems, plus internal reporting procedures, to ensure data collection processes are robust and evidence service efficacy through excellent health outcome data, contributing to an internal qualitative and quantitative evidence base demonstrating best practice and value for money.</w:t>
      </w:r>
    </w:p>
    <w:p w14:paraId="52C6A9E1" w14:textId="77777777" w:rsidR="007E2865" w:rsidRDefault="0022539A">
      <w:pPr>
        <w:pStyle w:val="ListBullet"/>
        <w:spacing w:after="40" w:line="252" w:lineRule="auto"/>
        <w:ind w:left="317" w:hanging="173"/>
      </w:pPr>
      <w:r>
        <w:rPr>
          <w:sz w:val="20"/>
        </w:rPr>
        <w:t>Contribute to the preparation and production of all written materials, including budgets, activity plans and quarterly reports, for the purpose of documenting contractual activity to both internal and external stakeholders and to the Managing Director.</w:t>
      </w:r>
    </w:p>
    <w:p w14:paraId="2A6FF707" w14:textId="77777777" w:rsidR="007E2865" w:rsidRDefault="0022539A">
      <w:pPr>
        <w:pStyle w:val="ListBullet"/>
        <w:spacing w:after="40" w:line="252" w:lineRule="auto"/>
        <w:ind w:left="317" w:hanging="173"/>
      </w:pPr>
      <w:r>
        <w:rPr>
          <w:sz w:val="20"/>
        </w:rPr>
        <w:t>Work face to face in B&amp;NES to generate, establish and maintain strong and influential working relationships with key stakeholders, partners and commissioners, and represent Everyone Health locally, regionally and nationally as required.</w:t>
      </w:r>
    </w:p>
    <w:p w14:paraId="24649CAA" w14:textId="77777777" w:rsidR="007E2865" w:rsidRDefault="0022539A">
      <w:pPr>
        <w:pStyle w:val="ListBullet"/>
        <w:spacing w:after="40" w:line="252" w:lineRule="auto"/>
        <w:ind w:left="317" w:hanging="173"/>
      </w:pPr>
      <w:r>
        <w:rPr>
          <w:sz w:val="20"/>
        </w:rPr>
        <w:t>Coordinate and support the production and delivery of a Marketing and Communications Plan reflective of social marketing principles, incorporating community, partnership and stakeholder engagement; ensure dissemination of appropriate marketing materials across the county to enable achievement of key performance indicators through highly effective community engagement methodologies.</w:t>
      </w:r>
    </w:p>
    <w:p w14:paraId="42DAE66C" w14:textId="77777777" w:rsidR="007E2865" w:rsidRDefault="0022539A">
      <w:pPr>
        <w:pStyle w:val="ListBullet"/>
        <w:spacing w:after="40" w:line="252" w:lineRule="auto"/>
        <w:ind w:left="317" w:hanging="173"/>
      </w:pPr>
      <w:r>
        <w:rPr>
          <w:sz w:val="20"/>
        </w:rPr>
        <w:t>Ensure a commitment to equal opportunities is reflected at all stages of project planning, implementation, delivery and evaluation, in line with agreed service standards.</w:t>
      </w:r>
    </w:p>
    <w:p w14:paraId="62C68DB5" w14:textId="77777777" w:rsidR="007E2865" w:rsidRDefault="0022539A">
      <w:pPr>
        <w:pStyle w:val="ListBullet"/>
        <w:spacing w:after="40" w:line="252" w:lineRule="auto"/>
        <w:ind w:left="317" w:hanging="173"/>
      </w:pPr>
      <w:r>
        <w:rPr>
          <w:sz w:val="20"/>
        </w:rPr>
        <w:t>Take an active part in developing own knowledge and the skills of others by mentoring, through supervision and review.</w:t>
      </w:r>
    </w:p>
    <w:p w14:paraId="763735BD" w14:textId="77777777" w:rsidR="007E2865" w:rsidRDefault="0022539A">
      <w:pPr>
        <w:pStyle w:val="ListBullet"/>
        <w:spacing w:after="40" w:line="252" w:lineRule="auto"/>
        <w:ind w:left="317" w:hanging="173"/>
      </w:pPr>
      <w:r>
        <w:rPr>
          <w:sz w:val="20"/>
        </w:rPr>
        <w:t>Work within the requirements of the 6 C’s: Care, Compassion, Competence, Communication, Courage and Commitment.</w:t>
      </w:r>
    </w:p>
    <w:p w14:paraId="3F157D76" w14:textId="77777777" w:rsidR="007E2865" w:rsidRDefault="0022539A">
      <w:pPr>
        <w:pStyle w:val="ListBullet"/>
        <w:spacing w:after="40" w:line="252" w:lineRule="auto"/>
        <w:ind w:left="317" w:hanging="173"/>
      </w:pPr>
      <w:r>
        <w:rPr>
          <w:sz w:val="20"/>
        </w:rPr>
        <w:t>Contribute to the growth of Everyone Health by working collaboratively and supportively with colleagues to develop the portfolio, with involvement in and management of relevant projects where necessary.</w:t>
      </w:r>
    </w:p>
    <w:p w14:paraId="367ADDA0" w14:textId="77777777" w:rsidR="007E2865" w:rsidRDefault="0022539A">
      <w:pPr>
        <w:pStyle w:val="ListBullet"/>
        <w:spacing w:after="40" w:line="252" w:lineRule="auto"/>
        <w:ind w:left="317" w:hanging="173"/>
      </w:pPr>
      <w:r>
        <w:rPr>
          <w:sz w:val="20"/>
        </w:rPr>
        <w:t>Attend meetings such as the BNSSG alliance, updates with commissioners and any other required meetings, in person or online.</w:t>
      </w:r>
    </w:p>
    <w:p w14:paraId="22952116" w14:textId="77777777" w:rsidR="007E2865" w:rsidRDefault="0022539A">
      <w:pPr>
        <w:pStyle w:val="ListBullet"/>
        <w:spacing w:after="40" w:line="252" w:lineRule="auto"/>
        <w:ind w:left="317" w:hanging="173"/>
      </w:pPr>
      <w:r>
        <w:rPr>
          <w:sz w:val="20"/>
        </w:rPr>
        <w:t>Work closely with the Community Engagement Insight Leads to raise awareness of the service within the local community, including activities such as attending health promotion community days, delivering training to professionals, sending newsletters and marketing.</w:t>
      </w:r>
    </w:p>
    <w:p w14:paraId="4E231A4A" w14:textId="77777777" w:rsidR="007E2865" w:rsidRDefault="0022539A">
      <w:pPr>
        <w:pStyle w:val="Heading1"/>
        <w:spacing w:before="200" w:after="80"/>
      </w:pPr>
      <w:r>
        <w:t>PERSON SPECIFICATION</w:t>
      </w:r>
    </w:p>
    <w:p w14:paraId="33B465CC" w14:textId="77777777" w:rsidR="007E2865" w:rsidRPr="00F754AA" w:rsidRDefault="0022539A">
      <w:pPr>
        <w:pStyle w:val="Heading2"/>
        <w:spacing w:before="160" w:after="40"/>
        <w:rPr>
          <w:color w:val="00D67F"/>
        </w:rPr>
      </w:pPr>
      <w:r w:rsidRPr="00F754AA">
        <w:rPr>
          <w:color w:val="00D67F"/>
        </w:rPr>
        <w:t>1. Skills &amp; abilities</w:t>
      </w:r>
    </w:p>
    <w:p w14:paraId="2AB1FF94" w14:textId="77777777" w:rsidR="007E2865" w:rsidRDefault="0022539A">
      <w:pPr>
        <w:pStyle w:val="ListBullet"/>
        <w:spacing w:after="40" w:line="252" w:lineRule="auto"/>
        <w:ind w:left="317" w:hanging="173"/>
      </w:pPr>
      <w:r>
        <w:rPr>
          <w:sz w:val="20"/>
        </w:rPr>
        <w:t>Strong planning and organisational skills, with the ability to set objectives, prioritise, provide sound judgement and decision-making, often within tight timescales.</w:t>
      </w:r>
    </w:p>
    <w:p w14:paraId="12EABD93" w14:textId="77777777" w:rsidR="00F754AA" w:rsidRDefault="0022539A" w:rsidP="00F754AA">
      <w:pPr>
        <w:pStyle w:val="ListBullet"/>
        <w:spacing w:after="40" w:line="252" w:lineRule="auto"/>
        <w:ind w:left="317" w:hanging="173"/>
      </w:pPr>
      <w:r>
        <w:rPr>
          <w:sz w:val="20"/>
        </w:rPr>
        <w:t>Experience of interpreting national and regional health priorities and aligning them to corporate agendas and service objectives.</w:t>
      </w:r>
    </w:p>
    <w:p w14:paraId="7EFCA12D" w14:textId="62B9F4A1" w:rsidR="00F754AA" w:rsidRPr="00F754AA" w:rsidRDefault="00F754AA" w:rsidP="00F754AA">
      <w:pPr>
        <w:pStyle w:val="ListBullet"/>
        <w:spacing w:after="40" w:line="252" w:lineRule="auto"/>
        <w:ind w:left="317" w:hanging="173"/>
        <w:rPr>
          <w:sz w:val="20"/>
          <w:szCs w:val="20"/>
        </w:rPr>
      </w:pPr>
      <w:r w:rsidRPr="00F754AA">
        <w:rPr>
          <w:sz w:val="20"/>
          <w:szCs w:val="20"/>
          <w:lang w:eastAsia="en-GB"/>
        </w:rPr>
        <w:t>Demonstrates the ability to manage multiple contract workstreams concurrently, effectively balancing competing priorities to ensure high-quality delivery, compliance, and achievement of contractual outcomes.</w:t>
      </w:r>
    </w:p>
    <w:p w14:paraId="57878987" w14:textId="77777777" w:rsidR="007E2865" w:rsidRDefault="0022539A">
      <w:pPr>
        <w:pStyle w:val="ListBullet"/>
        <w:spacing w:after="40" w:line="252" w:lineRule="auto"/>
        <w:ind w:left="317" w:hanging="173"/>
      </w:pPr>
      <w:r>
        <w:rPr>
          <w:sz w:val="20"/>
        </w:rPr>
        <w:t>Excellent verbal and written communication skills to enable effective communication with clients, colleagues, external partners and members of the public, including the ability to produce and present clear written reports and guidance that interpret and explain complex issues effectively.</w:t>
      </w:r>
    </w:p>
    <w:p w14:paraId="05B3D4DE" w14:textId="77777777" w:rsidR="007E2865" w:rsidRDefault="0022539A">
      <w:pPr>
        <w:pStyle w:val="ListBullet"/>
        <w:spacing w:after="40" w:line="252" w:lineRule="auto"/>
        <w:ind w:left="317" w:hanging="173"/>
      </w:pPr>
      <w:r>
        <w:rPr>
          <w:sz w:val="20"/>
        </w:rPr>
        <w:t>Sound management and interpersonal skills with proven ability to work effectively with all levels of colleagues, including effective partnerships with other agencies and service providers.</w:t>
      </w:r>
    </w:p>
    <w:p w14:paraId="5EF9ED70" w14:textId="77777777" w:rsidR="007E2865" w:rsidRDefault="0022539A">
      <w:pPr>
        <w:pStyle w:val="ListBullet"/>
        <w:spacing w:after="40" w:line="252" w:lineRule="auto"/>
        <w:ind w:left="317" w:hanging="173"/>
      </w:pPr>
      <w:r>
        <w:rPr>
          <w:sz w:val="20"/>
        </w:rPr>
        <w:t>Proven problem-solving skills and ability to be flexible, exercise sound judgement and make decisions.</w:t>
      </w:r>
    </w:p>
    <w:p w14:paraId="3516C2A5" w14:textId="77777777" w:rsidR="007E2865" w:rsidRDefault="0022539A">
      <w:pPr>
        <w:pStyle w:val="ListBullet"/>
        <w:spacing w:after="40" w:line="252" w:lineRule="auto"/>
        <w:ind w:left="317" w:hanging="173"/>
      </w:pPr>
      <w:r>
        <w:rPr>
          <w:sz w:val="20"/>
        </w:rPr>
        <w:t>Financial management skills and commercial acumen.</w:t>
      </w:r>
    </w:p>
    <w:p w14:paraId="45360F6E" w14:textId="77777777" w:rsidR="007E2865" w:rsidRDefault="0022539A">
      <w:pPr>
        <w:pStyle w:val="ListBullet"/>
        <w:spacing w:after="40" w:line="252" w:lineRule="auto"/>
        <w:ind w:left="317" w:hanging="173"/>
      </w:pPr>
      <w:r>
        <w:rPr>
          <w:sz w:val="20"/>
        </w:rPr>
        <w:t>Numeracy skills sufficient to analyse and interpret financial and health outcome data and information.</w:t>
      </w:r>
    </w:p>
    <w:p w14:paraId="45FAC07C" w14:textId="77777777" w:rsidR="007E2865" w:rsidRDefault="0022539A">
      <w:pPr>
        <w:pStyle w:val="ListBullet"/>
        <w:spacing w:after="40" w:line="252" w:lineRule="auto"/>
        <w:ind w:left="317" w:hanging="173"/>
      </w:pPr>
      <w:r>
        <w:rPr>
          <w:sz w:val="20"/>
        </w:rPr>
        <w:lastRenderedPageBreak/>
        <w:t>Ability to think creatively, be innovative and realise opportunities for developing projects.</w:t>
      </w:r>
    </w:p>
    <w:p w14:paraId="3FB72080" w14:textId="77777777" w:rsidR="007E2865" w:rsidRDefault="0022539A">
      <w:pPr>
        <w:pStyle w:val="ListBullet"/>
        <w:spacing w:after="40" w:line="252" w:lineRule="auto"/>
        <w:ind w:left="317" w:hanging="173"/>
      </w:pPr>
      <w:r>
        <w:rPr>
          <w:sz w:val="20"/>
        </w:rPr>
        <w:t>Ability to confidently and competently use a variety of computer packages including Microsoft Word, Excel and PowerPoint. Ability to learn quickly when using national and internal databases.</w:t>
      </w:r>
    </w:p>
    <w:p w14:paraId="6F66A4F7" w14:textId="77777777" w:rsidR="007E2865" w:rsidRDefault="0022539A">
      <w:pPr>
        <w:pStyle w:val="ListBullet"/>
        <w:spacing w:after="40" w:line="252" w:lineRule="auto"/>
        <w:ind w:left="317" w:hanging="173"/>
      </w:pPr>
      <w:r>
        <w:rPr>
          <w:sz w:val="20"/>
        </w:rPr>
        <w:t>Ability to work as part of a multidisciplinary team, valuing the contribution of others.</w:t>
      </w:r>
    </w:p>
    <w:p w14:paraId="4FD38919" w14:textId="77777777" w:rsidR="007E2865" w:rsidRDefault="0022539A">
      <w:pPr>
        <w:pStyle w:val="ListBullet"/>
        <w:spacing w:after="40" w:line="252" w:lineRule="auto"/>
        <w:ind w:left="317" w:hanging="173"/>
      </w:pPr>
      <w:r>
        <w:rPr>
          <w:sz w:val="20"/>
        </w:rPr>
        <w:t>Proven influencing and persuading skills sufficient to persuade others to a different course of action in difficult circumstances, ultimately improving health and services for local communities.</w:t>
      </w:r>
    </w:p>
    <w:p w14:paraId="013F572F" w14:textId="77777777" w:rsidR="007E2865" w:rsidRDefault="0022539A">
      <w:pPr>
        <w:pStyle w:val="ListBullet"/>
        <w:spacing w:after="40" w:line="252" w:lineRule="auto"/>
        <w:ind w:left="317" w:hanging="173"/>
      </w:pPr>
      <w:r>
        <w:rPr>
          <w:sz w:val="20"/>
        </w:rPr>
        <w:t>A desire to play an active part in the successful growth of the business.</w:t>
      </w:r>
    </w:p>
    <w:p w14:paraId="7600440B" w14:textId="77777777" w:rsidR="007E2865" w:rsidRPr="00F754AA" w:rsidRDefault="0022539A">
      <w:pPr>
        <w:pStyle w:val="Heading2"/>
        <w:spacing w:before="160" w:after="40"/>
        <w:rPr>
          <w:color w:val="00D67F"/>
        </w:rPr>
      </w:pPr>
      <w:r w:rsidRPr="00F754AA">
        <w:rPr>
          <w:color w:val="00D67F"/>
        </w:rPr>
        <w:t>2. Knowledge</w:t>
      </w:r>
    </w:p>
    <w:p w14:paraId="033F4D04" w14:textId="77777777" w:rsidR="007E2865" w:rsidRDefault="0022539A">
      <w:pPr>
        <w:pStyle w:val="ListBullet"/>
        <w:spacing w:after="40" w:line="252" w:lineRule="auto"/>
        <w:ind w:left="317" w:hanging="173"/>
      </w:pPr>
      <w:r>
        <w:rPr>
          <w:sz w:val="20"/>
        </w:rPr>
        <w:t>Sound knowledge and understanding of primary and secondary health care, including the Health and Social Care Act (2013) outlining responsibilities for Public Health in Local Authorities and Clinical Commissioning Groups, with the new NHS structure.</w:t>
      </w:r>
    </w:p>
    <w:p w14:paraId="2E7A4A93" w14:textId="77777777" w:rsidR="007E2865" w:rsidRDefault="0022539A">
      <w:pPr>
        <w:pStyle w:val="ListBullet"/>
        <w:spacing w:after="40" w:line="252" w:lineRule="auto"/>
        <w:ind w:left="317" w:hanging="173"/>
      </w:pPr>
      <w:r>
        <w:rPr>
          <w:sz w:val="20"/>
        </w:rPr>
        <w:t>Knowledge of key relevant health and social policies, including legislation and drivers for improving healthcare community service provision and health-related behaviour.</w:t>
      </w:r>
    </w:p>
    <w:p w14:paraId="248BC51E" w14:textId="77777777" w:rsidR="007E2865" w:rsidRDefault="0022539A">
      <w:pPr>
        <w:pStyle w:val="ListBullet"/>
        <w:spacing w:after="40" w:line="252" w:lineRule="auto"/>
        <w:ind w:left="317" w:hanging="173"/>
      </w:pPr>
      <w:r>
        <w:rPr>
          <w:sz w:val="20"/>
        </w:rPr>
        <w:t>Knowledge of behaviour change theoretical principles.</w:t>
      </w:r>
    </w:p>
    <w:p w14:paraId="2115E6F8" w14:textId="77777777" w:rsidR="007E2865" w:rsidRDefault="0022539A">
      <w:pPr>
        <w:pStyle w:val="ListBullet"/>
        <w:spacing w:after="40" w:line="252" w:lineRule="auto"/>
        <w:ind w:left="317" w:hanging="173"/>
      </w:pPr>
      <w:r>
        <w:rPr>
          <w:sz w:val="20"/>
        </w:rPr>
        <w:t>Understanding of processes and systems in line with quality assurance systems for effective governance.</w:t>
      </w:r>
    </w:p>
    <w:p w14:paraId="604A6E1E" w14:textId="77777777" w:rsidR="007E2865" w:rsidRDefault="0022539A">
      <w:pPr>
        <w:pStyle w:val="ListBullet"/>
        <w:spacing w:after="40" w:line="252" w:lineRule="auto"/>
        <w:ind w:left="317" w:hanging="173"/>
      </w:pPr>
      <w:r>
        <w:rPr>
          <w:sz w:val="20"/>
        </w:rPr>
        <w:t>Sound knowledge and understanding of the Patient Confidentiality Act, the Data Protection Act and Information Governance.</w:t>
      </w:r>
    </w:p>
    <w:p w14:paraId="226F4D51" w14:textId="77777777" w:rsidR="007E2865" w:rsidRDefault="0022539A">
      <w:pPr>
        <w:pStyle w:val="ListBullet"/>
        <w:spacing w:after="40" w:line="252" w:lineRule="auto"/>
        <w:ind w:left="317" w:hanging="173"/>
      </w:pPr>
      <w:r>
        <w:rPr>
          <w:sz w:val="20"/>
        </w:rPr>
        <w:t>Understanding of the significance of evidence-based approaches to healthcare provision.</w:t>
      </w:r>
    </w:p>
    <w:p w14:paraId="22F5DCCB" w14:textId="77777777" w:rsidR="007E2865" w:rsidRDefault="0022539A">
      <w:pPr>
        <w:pStyle w:val="ListBullet"/>
        <w:spacing w:after="40" w:line="252" w:lineRule="auto"/>
        <w:ind w:left="317" w:hanging="173"/>
      </w:pPr>
      <w:r>
        <w:rPr>
          <w:sz w:val="20"/>
        </w:rPr>
        <w:t>Appreciation of the contribution that effective performance management processes can make to service delivery and improvement.</w:t>
      </w:r>
    </w:p>
    <w:p w14:paraId="4D240C58" w14:textId="77777777" w:rsidR="007E2865" w:rsidRPr="00F754AA" w:rsidRDefault="0022539A">
      <w:pPr>
        <w:pStyle w:val="Heading2"/>
        <w:spacing w:before="160" w:after="40"/>
        <w:rPr>
          <w:color w:val="00D67F"/>
        </w:rPr>
      </w:pPr>
      <w:r w:rsidRPr="00F754AA">
        <w:rPr>
          <w:color w:val="00D67F"/>
        </w:rPr>
        <w:t>3. Experience</w:t>
      </w:r>
    </w:p>
    <w:p w14:paraId="7AFA7970" w14:textId="77777777" w:rsidR="007E2865" w:rsidRDefault="0022539A">
      <w:pPr>
        <w:pStyle w:val="ListBullet"/>
        <w:spacing w:after="40" w:line="252" w:lineRule="auto"/>
        <w:ind w:left="317" w:hanging="173"/>
      </w:pPr>
      <w:r>
        <w:rPr>
          <w:sz w:val="20"/>
        </w:rPr>
        <w:t>Substantial management and project/contract management experience within community healthcare systems.</w:t>
      </w:r>
    </w:p>
    <w:p w14:paraId="7611A5FC" w14:textId="77777777" w:rsidR="007E2865" w:rsidRDefault="0022539A">
      <w:pPr>
        <w:pStyle w:val="ListBullet"/>
        <w:spacing w:after="40" w:line="252" w:lineRule="auto"/>
        <w:ind w:left="317" w:hanging="173"/>
      </w:pPr>
      <w:r>
        <w:rPr>
          <w:sz w:val="20"/>
        </w:rPr>
        <w:t>Experience of effective budget management and expenditure planning, achieving profitable return.</w:t>
      </w:r>
    </w:p>
    <w:p w14:paraId="1E19AEC2" w14:textId="77777777" w:rsidR="007E2865" w:rsidRDefault="0022539A">
      <w:pPr>
        <w:pStyle w:val="ListBullet"/>
        <w:spacing w:after="40" w:line="252" w:lineRule="auto"/>
        <w:ind w:left="317" w:hanging="173"/>
      </w:pPr>
      <w:r>
        <w:rPr>
          <w:sz w:val="20"/>
        </w:rPr>
        <w:t>Proven ability to lead, manage, motivate and develop a team of staff delivering a responsive, patient-focused, community-led service.</w:t>
      </w:r>
    </w:p>
    <w:p w14:paraId="5A5205D7" w14:textId="77777777" w:rsidR="007E2865" w:rsidRDefault="0022539A">
      <w:pPr>
        <w:pStyle w:val="ListBullet"/>
        <w:spacing w:after="40" w:line="252" w:lineRule="auto"/>
        <w:ind w:left="317" w:hanging="173"/>
      </w:pPr>
      <w:r>
        <w:rPr>
          <w:sz w:val="20"/>
        </w:rPr>
        <w:t>Proven ability of successful programme delivery targeting marginalised communities.</w:t>
      </w:r>
    </w:p>
    <w:p w14:paraId="17B7003F" w14:textId="77777777" w:rsidR="007E2865" w:rsidRDefault="0022539A">
      <w:pPr>
        <w:pStyle w:val="ListBullet"/>
        <w:spacing w:after="40" w:line="252" w:lineRule="auto"/>
        <w:ind w:left="317" w:hanging="173"/>
      </w:pPr>
      <w:r>
        <w:rPr>
          <w:sz w:val="20"/>
        </w:rPr>
        <w:t>Experience of interpreting national, regional and local priorities and aligning them to health agendas.</w:t>
      </w:r>
    </w:p>
    <w:p w14:paraId="62911D05" w14:textId="77777777" w:rsidR="007E2865" w:rsidRDefault="0022539A">
      <w:pPr>
        <w:pStyle w:val="ListBullet"/>
        <w:spacing w:after="40" w:line="252" w:lineRule="auto"/>
        <w:ind w:left="317" w:hanging="173"/>
      </w:pPr>
      <w:r>
        <w:rPr>
          <w:sz w:val="20"/>
        </w:rPr>
        <w:t>Proven ability to manage contractual targets and Key Performance Indicators.</w:t>
      </w:r>
    </w:p>
    <w:p w14:paraId="74132221" w14:textId="77777777" w:rsidR="007E2865" w:rsidRDefault="0022539A">
      <w:pPr>
        <w:pStyle w:val="ListBullet"/>
        <w:spacing w:after="40" w:line="252" w:lineRule="auto"/>
        <w:ind w:left="317" w:hanging="173"/>
      </w:pPr>
      <w:r>
        <w:rPr>
          <w:sz w:val="20"/>
        </w:rPr>
        <w:t>Experience of service data analysis to interpret and report on data outcomes.</w:t>
      </w:r>
    </w:p>
    <w:p w14:paraId="1D11399C" w14:textId="77777777" w:rsidR="007E2865" w:rsidRDefault="0022539A">
      <w:pPr>
        <w:pStyle w:val="ListBullet"/>
        <w:spacing w:after="40" w:line="252" w:lineRule="auto"/>
        <w:ind w:left="317" w:hanging="173"/>
      </w:pPr>
      <w:r>
        <w:rPr>
          <w:sz w:val="20"/>
        </w:rPr>
        <w:t>Experience of leading community public health services.</w:t>
      </w:r>
    </w:p>
    <w:p w14:paraId="38DBE59F" w14:textId="77777777" w:rsidR="007E2865" w:rsidRDefault="0022539A">
      <w:pPr>
        <w:pStyle w:val="ListBullet"/>
        <w:spacing w:after="40" w:line="252" w:lineRule="auto"/>
        <w:ind w:left="317" w:hanging="173"/>
      </w:pPr>
      <w:r>
        <w:rPr>
          <w:sz w:val="20"/>
        </w:rPr>
        <w:t>Experience of working with stakeholders and developing strong, successful partnership arrangements.</w:t>
      </w:r>
    </w:p>
    <w:p w14:paraId="6704D755" w14:textId="77777777" w:rsidR="007E2865" w:rsidRDefault="0022539A">
      <w:pPr>
        <w:pStyle w:val="ListBullet"/>
        <w:spacing w:after="40" w:line="252" w:lineRule="auto"/>
        <w:ind w:left="317" w:hanging="173"/>
      </w:pPr>
      <w:r>
        <w:rPr>
          <w:sz w:val="20"/>
        </w:rPr>
        <w:t>Ability to undertake and prioritise a diverse and demanding workload, working on own initiative and to competing deadlines.</w:t>
      </w:r>
    </w:p>
    <w:p w14:paraId="3FC5B829" w14:textId="77777777" w:rsidR="007E2865" w:rsidRDefault="0022539A">
      <w:pPr>
        <w:pStyle w:val="ListBullet"/>
        <w:spacing w:after="40" w:line="252" w:lineRule="auto"/>
        <w:ind w:left="317" w:hanging="173"/>
      </w:pPr>
      <w:r>
        <w:rPr>
          <w:sz w:val="20"/>
        </w:rPr>
        <w:t>Proven ability of writing reports, procedures, policies and communications for wide circulation.</w:t>
      </w:r>
    </w:p>
    <w:p w14:paraId="1F36E665" w14:textId="77777777" w:rsidR="007E2865" w:rsidRPr="00F754AA" w:rsidRDefault="0022539A">
      <w:pPr>
        <w:pStyle w:val="Heading2"/>
        <w:spacing w:before="160" w:after="40"/>
        <w:rPr>
          <w:color w:val="00D67F"/>
        </w:rPr>
      </w:pPr>
      <w:r w:rsidRPr="00F754AA">
        <w:rPr>
          <w:color w:val="00D67F"/>
        </w:rPr>
        <w:t>4. Qualifications</w:t>
      </w:r>
    </w:p>
    <w:p w14:paraId="183180F1" w14:textId="77777777" w:rsidR="007E2865" w:rsidRDefault="0022539A">
      <w:pPr>
        <w:pStyle w:val="ListBullet"/>
        <w:spacing w:after="40" w:line="252" w:lineRule="auto"/>
        <w:ind w:left="317" w:hanging="173"/>
      </w:pPr>
      <w:r>
        <w:rPr>
          <w:sz w:val="20"/>
        </w:rPr>
        <w:t>Desirable: educated to health-related degree level or equivalent, or relevant experience/qualifications in project management.</w:t>
      </w:r>
    </w:p>
    <w:p w14:paraId="3E2C65A2" w14:textId="77777777" w:rsidR="007E2865" w:rsidRDefault="0022539A">
      <w:pPr>
        <w:pStyle w:val="ListBullet"/>
        <w:spacing w:after="40" w:line="252" w:lineRule="auto"/>
        <w:ind w:left="317" w:hanging="173"/>
      </w:pPr>
      <w:r>
        <w:rPr>
          <w:sz w:val="20"/>
        </w:rPr>
        <w:t>More than 2 years’ experience managing public health services.</w:t>
      </w:r>
    </w:p>
    <w:p w14:paraId="4843C7A6" w14:textId="77777777" w:rsidR="007E2865" w:rsidRPr="00F754AA" w:rsidRDefault="0022539A">
      <w:pPr>
        <w:pStyle w:val="Heading2"/>
        <w:spacing w:before="160" w:after="40"/>
        <w:rPr>
          <w:color w:val="00D67F"/>
        </w:rPr>
      </w:pPr>
      <w:r w:rsidRPr="00F754AA">
        <w:rPr>
          <w:color w:val="00D67F"/>
        </w:rPr>
        <w:t>5. Special conditions</w:t>
      </w:r>
    </w:p>
    <w:p w14:paraId="6B4F164D" w14:textId="77777777" w:rsidR="007E2865" w:rsidRDefault="0022539A">
      <w:pPr>
        <w:pStyle w:val="ListBullet"/>
        <w:spacing w:after="40" w:line="252" w:lineRule="auto"/>
        <w:ind w:left="317" w:hanging="173"/>
      </w:pPr>
      <w:r>
        <w:rPr>
          <w:sz w:val="20"/>
        </w:rPr>
        <w:t>Highly motivated self-starter with resilience, determination, and the ability to see jobs through to completion.</w:t>
      </w:r>
    </w:p>
    <w:p w14:paraId="5417707F" w14:textId="77777777" w:rsidR="007E2865" w:rsidRDefault="0022539A">
      <w:pPr>
        <w:pStyle w:val="ListBullet"/>
        <w:spacing w:after="40" w:line="252" w:lineRule="auto"/>
        <w:ind w:left="317" w:hanging="173"/>
      </w:pPr>
      <w:r>
        <w:rPr>
          <w:sz w:val="20"/>
        </w:rPr>
        <w:t>Role incorporates evening/weekend working, with variable levels of travel across B&amp;NES working in a variety of settings.</w:t>
      </w:r>
    </w:p>
    <w:p w14:paraId="2243A0F7" w14:textId="77777777" w:rsidR="007E2865" w:rsidRDefault="0022539A">
      <w:pPr>
        <w:pStyle w:val="ListBullet"/>
        <w:spacing w:after="40" w:line="252" w:lineRule="auto"/>
        <w:ind w:left="317" w:hanging="173"/>
      </w:pPr>
      <w:r>
        <w:rPr>
          <w:sz w:val="20"/>
        </w:rPr>
        <w:t>Full UK driving licence and access to a car for work, with “business purposes” insurance.</w:t>
      </w:r>
    </w:p>
    <w:p w14:paraId="1782DBA1" w14:textId="77777777" w:rsidR="007E2865" w:rsidRDefault="0022539A">
      <w:pPr>
        <w:pStyle w:val="ListBullet"/>
        <w:spacing w:after="40" w:line="252" w:lineRule="auto"/>
        <w:ind w:left="317" w:hanging="173"/>
      </w:pPr>
      <w:r>
        <w:rPr>
          <w:sz w:val="20"/>
        </w:rPr>
        <w:t>Evidence of a personal commitment to continuing professional development and to maintaining up-to-date professional knowledge supporting the development of business within the company.</w:t>
      </w:r>
    </w:p>
    <w:p w14:paraId="1230764C" w14:textId="77777777" w:rsidR="007E2865" w:rsidRDefault="0022539A">
      <w:pPr>
        <w:pStyle w:val="ListBullet"/>
        <w:spacing w:after="40" w:line="252" w:lineRule="auto"/>
        <w:ind w:left="317" w:hanging="173"/>
      </w:pPr>
      <w:r>
        <w:rPr>
          <w:sz w:val="20"/>
        </w:rPr>
        <w:t>This post involves working with vulnerable adults and as such the post holder will be required to apply for a disclosure of criminal records at an enhanced level (DBS).</w:t>
      </w:r>
    </w:p>
    <w:p w14:paraId="68370E09" w14:textId="2A907CA5" w:rsidR="007E2865" w:rsidRPr="00F754AA" w:rsidRDefault="0022539A">
      <w:pPr>
        <w:pStyle w:val="Heading1"/>
        <w:spacing w:before="200" w:after="80"/>
        <w:rPr>
          <w:color w:val="00D67F"/>
        </w:rPr>
      </w:pPr>
      <w:r w:rsidRPr="00F754AA">
        <w:rPr>
          <w:color w:val="00D67F"/>
        </w:rPr>
        <w:lastRenderedPageBreak/>
        <w:t xml:space="preserve">6. </w:t>
      </w:r>
      <w:r w:rsidR="00F754AA" w:rsidRPr="00F754AA">
        <w:rPr>
          <w:color w:val="00D67F"/>
          <w:sz w:val="24"/>
          <w:szCs w:val="24"/>
        </w:rPr>
        <w:t>Safeguarding</w:t>
      </w:r>
    </w:p>
    <w:p w14:paraId="2322539A" w14:textId="77777777" w:rsidR="007E2865" w:rsidRDefault="0022539A">
      <w:pPr>
        <w:spacing w:after="120"/>
      </w:pPr>
      <w:r>
        <w:t>Everyone Health Ltd is committed to safeguarding and promoting the welfare of the adults, young people and children who use the services. All staff have a responsibility to report any identified concerns of abuse or exploitation through the appropriate route in line with the respective policies and procedures.</w:t>
      </w:r>
    </w:p>
    <w:p w14:paraId="76EDF6BC" w14:textId="77777777" w:rsidR="007E2865" w:rsidRPr="00F754AA" w:rsidRDefault="0022539A">
      <w:pPr>
        <w:pStyle w:val="Heading1"/>
        <w:spacing w:before="200" w:after="80"/>
        <w:rPr>
          <w:color w:val="00D67F"/>
        </w:rPr>
      </w:pPr>
      <w:r w:rsidRPr="00F754AA">
        <w:rPr>
          <w:color w:val="00D67F"/>
        </w:rPr>
        <w:t>FITNESS TO PRACTISE</w:t>
      </w:r>
    </w:p>
    <w:p w14:paraId="221F888E" w14:textId="77777777" w:rsidR="007E2865" w:rsidRDefault="0022539A">
      <w:r>
        <w:rPr>
          <w:b/>
        </w:rPr>
        <w:t>Applicants will need to confirm if:</w:t>
      </w:r>
    </w:p>
    <w:p w14:paraId="2EC6659C" w14:textId="77777777" w:rsidR="007E2865" w:rsidRDefault="0022539A">
      <w:pPr>
        <w:pStyle w:val="ListBullet"/>
        <w:spacing w:after="40" w:line="252" w:lineRule="auto"/>
        <w:ind w:left="317" w:hanging="173"/>
      </w:pPr>
      <w:r>
        <w:rPr>
          <w:sz w:val="20"/>
        </w:rPr>
        <w:t>They are currently subject to fitness to practise investigations or proceedings by a regulatory or licensing body.</w:t>
      </w:r>
    </w:p>
    <w:p w14:paraId="0C34EA17" w14:textId="77777777" w:rsidR="007E2865" w:rsidRDefault="0022539A">
      <w:pPr>
        <w:pStyle w:val="ListBullet"/>
        <w:spacing w:after="40" w:line="252" w:lineRule="auto"/>
        <w:ind w:left="317" w:hanging="173"/>
      </w:pPr>
      <w:r>
        <w:rPr>
          <w:sz w:val="20"/>
        </w:rPr>
        <w:t>They have been removed from any professional register or licensing register.</w:t>
      </w:r>
    </w:p>
    <w:p w14:paraId="650534B8" w14:textId="77777777" w:rsidR="007E2865" w:rsidRDefault="0022539A">
      <w:pPr>
        <w:pStyle w:val="ListBullet"/>
        <w:spacing w:after="40" w:line="252" w:lineRule="auto"/>
        <w:ind w:left="317" w:hanging="173"/>
      </w:pPr>
      <w:r>
        <w:rPr>
          <w:sz w:val="20"/>
        </w:rPr>
        <w:t>They have had conditions or sanctions placed on their registration.</w:t>
      </w:r>
    </w:p>
    <w:p w14:paraId="13C451CF" w14:textId="77777777" w:rsidR="007E2865" w:rsidRDefault="0022539A">
      <w:pPr>
        <w:pStyle w:val="ListBullet"/>
        <w:spacing w:after="40" w:line="252" w:lineRule="auto"/>
        <w:ind w:left="317" w:hanging="173"/>
      </w:pPr>
      <w:r>
        <w:rPr>
          <w:sz w:val="20"/>
        </w:rPr>
        <w:t>They have ever had restrictions placed on their clinical practice as part of the revalidation process.</w:t>
      </w:r>
    </w:p>
    <w:p w14:paraId="6D83394E" w14:textId="77777777" w:rsidR="007E2865" w:rsidRDefault="0022539A">
      <w:pPr>
        <w:spacing w:before="240" w:after="80"/>
      </w:pPr>
      <w:r>
        <w:rPr>
          <w:i/>
          <w:color w:val="595959"/>
          <w:sz w:val="20"/>
        </w:rPr>
        <w:t>Everyone Health delivers multi-component health related and lifestyle services, including prevention and early intervention, on behalf of Clinical Commissioning Groups and Local Authorities in community based localities across the UK.</w:t>
      </w:r>
    </w:p>
    <w:sectPr w:rsidR="007E2865"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A4AB23" w14:textId="77777777" w:rsidR="0022539A" w:rsidRDefault="0022539A">
      <w:pPr>
        <w:spacing w:after="0" w:line="240" w:lineRule="auto"/>
      </w:pPr>
      <w:r>
        <w:separator/>
      </w:r>
    </w:p>
  </w:endnote>
  <w:endnote w:type="continuationSeparator" w:id="0">
    <w:p w14:paraId="3B57A299" w14:textId="77777777" w:rsidR="0022539A" w:rsidRDefault="00225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5D09F" w14:textId="390F1D53" w:rsidR="007E2865" w:rsidRDefault="0022539A">
    <w:pPr>
      <w:pStyle w:val="Footer"/>
      <w:jc w:val="center"/>
    </w:pPr>
    <w:r>
      <w:rPr>
        <w:color w:val="808080"/>
        <w:sz w:val="16"/>
      </w:rPr>
      <w:t xml:space="preserve">Service Manager – Bath &amp; </w:t>
    </w:r>
    <w:proofErr w:type="gramStart"/>
    <w:r>
      <w:rPr>
        <w:color w:val="808080"/>
        <w:sz w:val="16"/>
      </w:rPr>
      <w:t>North East</w:t>
    </w:r>
    <w:proofErr w:type="gramEnd"/>
    <w:r>
      <w:rPr>
        <w:color w:val="808080"/>
        <w:sz w:val="16"/>
      </w:rPr>
      <w:t xml:space="preserve"> Somerset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E5EBA" w14:textId="77777777" w:rsidR="0022539A" w:rsidRDefault="0022539A">
      <w:pPr>
        <w:spacing w:after="0" w:line="240" w:lineRule="auto"/>
      </w:pPr>
      <w:r>
        <w:separator/>
      </w:r>
    </w:p>
  </w:footnote>
  <w:footnote w:type="continuationSeparator" w:id="0">
    <w:p w14:paraId="45D7C8BE" w14:textId="77777777" w:rsidR="0022539A" w:rsidRDefault="002253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5575A67"/>
    <w:multiLevelType w:val="hybridMultilevel"/>
    <w:tmpl w:val="BD44916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4250845">
    <w:abstractNumId w:val="8"/>
  </w:num>
  <w:num w:numId="2" w16cid:durableId="692532600">
    <w:abstractNumId w:val="6"/>
  </w:num>
  <w:num w:numId="3" w16cid:durableId="1293050431">
    <w:abstractNumId w:val="5"/>
  </w:num>
  <w:num w:numId="4" w16cid:durableId="1399521652">
    <w:abstractNumId w:val="4"/>
  </w:num>
  <w:num w:numId="5" w16cid:durableId="910847233">
    <w:abstractNumId w:val="7"/>
  </w:num>
  <w:num w:numId="6" w16cid:durableId="1003318361">
    <w:abstractNumId w:val="3"/>
  </w:num>
  <w:num w:numId="7" w16cid:durableId="68618573">
    <w:abstractNumId w:val="2"/>
  </w:num>
  <w:num w:numId="8" w16cid:durableId="233126192">
    <w:abstractNumId w:val="1"/>
  </w:num>
  <w:num w:numId="9" w16cid:durableId="76289526">
    <w:abstractNumId w:val="0"/>
  </w:num>
  <w:num w:numId="10" w16cid:durableId="12026741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6A7B"/>
    <w:rsid w:val="0022539A"/>
    <w:rsid w:val="0029639D"/>
    <w:rsid w:val="00326F90"/>
    <w:rsid w:val="007E2865"/>
    <w:rsid w:val="00AA1D8D"/>
    <w:rsid w:val="00B47730"/>
    <w:rsid w:val="00CB0664"/>
    <w:rsid w:val="00F754AA"/>
    <w:rsid w:val="00FB7D0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4DE538"/>
  <w14:defaultImageDpi w14:val="300"/>
  <w15:docId w15:val="{4B13916A-17CD-4436-8F6C-9F61E621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AFFA319444003479A02C5D5B7F65043" ma:contentTypeVersion="14" ma:contentTypeDescription="Create a new document." ma:contentTypeScope="" ma:versionID="f014eaa9365a69ff0a3d5310be41ab1c">
  <xsd:schema xmlns:xsd="http://www.w3.org/2001/XMLSchema" xmlns:xs="http://www.w3.org/2001/XMLSchema" xmlns:p="http://schemas.microsoft.com/office/2006/metadata/properties" xmlns:ns2="0ce774f9-07e6-456d-9201-3902a7fdd568" xmlns:ns3="fec5c98a-6fc8-4a06-b367-420d10c239c8" targetNamespace="http://schemas.microsoft.com/office/2006/metadata/properties" ma:root="true" ma:fieldsID="5110d73466253dfb2f1b8b69a7472531" ns2:_="" ns3:_="">
    <xsd:import namespace="0ce774f9-07e6-456d-9201-3902a7fdd568"/>
    <xsd:import namespace="fec5c98a-6fc8-4a06-b367-420d10c239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e774f9-07e6-456d-9201-3902a7fdd5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bd89d6-2e08-4989-8255-cd9fbcc6cf3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c5c98a-6fc8-4a06-b367-420d10c239c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7c60d82-5ef8-4445-b524-ddfc33cd2297}" ma:internalName="TaxCatchAll" ma:showField="CatchAllData" ma:web="fec5c98a-6fc8-4a06-b367-420d10c239c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ec5c98a-6fc8-4a06-b367-420d10c239c8" xsi:nil="true"/>
    <lcf76f155ced4ddcb4097134ff3c332f xmlns="0ce774f9-07e6-456d-9201-3902a7fdd56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2A8E7590-7913-419A-8B33-5CDDAD560075}"/>
</file>

<file path=customXml/itemProps3.xml><?xml version="1.0" encoding="utf-8"?>
<ds:datastoreItem xmlns:ds="http://schemas.openxmlformats.org/officeDocument/2006/customXml" ds:itemID="{15DBE7A5-F571-44F4-AADF-B440708C633F}"/>
</file>

<file path=customXml/itemProps4.xml><?xml version="1.0" encoding="utf-8"?>
<ds:datastoreItem xmlns:ds="http://schemas.openxmlformats.org/officeDocument/2006/customXml" ds:itemID="{74856300-8249-44D5-BEE7-F8F835160E4E}"/>
</file>

<file path=docProps/app.xml><?xml version="1.0" encoding="utf-8"?>
<Properties xmlns="http://schemas.openxmlformats.org/officeDocument/2006/extended-properties" xmlns:vt="http://schemas.openxmlformats.org/officeDocument/2006/docPropsVTypes">
  <Template>Normal</Template>
  <TotalTime>0</TotalTime>
  <Pages>4</Pages>
  <Words>1751</Words>
  <Characters>9984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11712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Bhamini Pitroda | Everyone Health</dc:creator>
  <cp:keywords/>
  <dc:description>generated by python-docx</dc:description>
  <cp:lastModifiedBy>Bhamini Pitroda | Everyone Health</cp:lastModifiedBy>
  <cp:revision>2</cp:revision>
  <dcterms:created xsi:type="dcterms:W3CDTF">2026-08-13T08:55:00Z</dcterms:created>
  <dcterms:modified xsi:type="dcterms:W3CDTF">2026-08-13T08:55:00Z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0x0101004AFFA319444003479A02C5D5B7F65043</vt:lpwstr>
  </property>
</Properties>
</file>